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574" w:rsidRDefault="005A24EE">
      <w:pPr>
        <w:keepNext/>
        <w:spacing w:after="120" w:line="240" w:lineRule="auto"/>
        <w:jc w:val="center"/>
      </w:pPr>
      <w:r>
        <w:rPr>
          <w:b/>
          <w:sz w:val="28"/>
        </w:rPr>
        <w:t>Declaration of Use of Artificial Intelligence (AI)</w:t>
      </w:r>
    </w:p>
    <w:p w:rsidR="008E7574" w:rsidRDefault="005A24EE">
      <w:pPr>
        <w:keepNext/>
        <w:spacing w:line="240" w:lineRule="auto"/>
        <w:jc w:val="center"/>
      </w:pPr>
      <w:r>
        <w:rPr>
          <w:b/>
        </w:rPr>
        <w:t xml:space="preserve">Form for the Corresponding Author, </w:t>
      </w:r>
      <w:proofErr w:type="spellStart"/>
      <w:r>
        <w:rPr>
          <w:b/>
          <w:i/>
        </w:rPr>
        <w:t>Exlibris</w:t>
      </w:r>
      <w:proofErr w:type="spellEnd"/>
      <w:r>
        <w:rPr>
          <w:b/>
          <w:i/>
        </w:rPr>
        <w:t xml:space="preserve"> </w:t>
      </w:r>
      <w:r w:rsidR="000A016B">
        <w:rPr>
          <w:b/>
          <w:i/>
        </w:rPr>
        <w:t>Social Gerontology Journal</w:t>
      </w:r>
    </w:p>
    <w:p w:rsidR="008E7574" w:rsidRDefault="005A24EE">
      <w:pPr>
        <w:spacing w:line="252" w:lineRule="auto"/>
        <w:jc w:val="both"/>
      </w:pPr>
      <w:r>
        <w:t xml:space="preserve">This form is an appendix to the </w:t>
      </w:r>
      <w:r>
        <w:rPr>
          <w:i/>
        </w:rPr>
        <w:t>Policy on the Use of Artificial I</w:t>
      </w:r>
      <w:r w:rsidR="000A016B">
        <w:rPr>
          <w:i/>
        </w:rPr>
        <w:t xml:space="preserve">ntelligence (AI) in </w:t>
      </w:r>
      <w:proofErr w:type="spellStart"/>
      <w:r w:rsidR="000A016B">
        <w:rPr>
          <w:i/>
        </w:rPr>
        <w:t>Exlibris</w:t>
      </w:r>
      <w:proofErr w:type="spellEnd"/>
      <w:r w:rsidR="000A016B">
        <w:rPr>
          <w:i/>
        </w:rPr>
        <w:t xml:space="preserve"> </w:t>
      </w:r>
      <w:bookmarkStart w:id="0" w:name="_GoBack"/>
      <w:bookmarkEnd w:id="0"/>
      <w:r>
        <w:t>(Section 5). It must be completed and signed solely by the corresponding author, acting on their own behalf and on behalf of all co-authors. The Declaration must be submitted together with the article submission. It will be made available to the Editorial</w:t>
      </w:r>
      <w:r>
        <w:t xml:space="preserve"> Team and reviewers during the peer-review process, and, following acceptance of the article for publication, its content (Part B) will be published together with the article in a separate section entitled </w:t>
      </w:r>
      <w:r>
        <w:rPr>
          <w:i/>
        </w:rPr>
        <w:t>Declaration of Use of Artificial Intelligence</w:t>
      </w:r>
      <w:r>
        <w:t>.</w:t>
      </w:r>
    </w:p>
    <w:p w:rsidR="008E7574" w:rsidRDefault="005A24EE">
      <w:pPr>
        <w:keepNext/>
        <w:spacing w:before="80" w:after="100" w:line="240" w:lineRule="auto"/>
      </w:pPr>
      <w:r>
        <w:rPr>
          <w:b/>
        </w:rPr>
        <w:t>Par</w:t>
      </w:r>
      <w:r>
        <w:rPr>
          <w:b/>
        </w:rPr>
        <w:t>t A. Basic Information</w:t>
      </w:r>
    </w:p>
    <w:p w:rsidR="008E7574" w:rsidRDefault="005A24EE">
      <w:pPr>
        <w:spacing w:after="40" w:line="240" w:lineRule="auto"/>
      </w:pPr>
      <w:r>
        <w:t>Title of the article: .....................................................................................................................</w:t>
      </w:r>
    </w:p>
    <w:p w:rsidR="008E7574" w:rsidRDefault="005A24EE">
      <w:pPr>
        <w:spacing w:after="40" w:line="240" w:lineRule="auto"/>
      </w:pPr>
      <w:r>
        <w:t>Corresponding author (full name and affiliation): ...........................................</w:t>
      </w:r>
      <w:r>
        <w:t>.........................</w:t>
      </w:r>
    </w:p>
    <w:p w:rsidR="008E7574" w:rsidRDefault="005A24EE">
      <w:pPr>
        <w:spacing w:after="40" w:line="240" w:lineRule="auto"/>
      </w:pPr>
      <w:r>
        <w:t>Email address: ............................................................................................................................</w:t>
      </w:r>
    </w:p>
    <w:p w:rsidR="008E7574" w:rsidRDefault="005A24EE">
      <w:pPr>
        <w:spacing w:after="160" w:line="240" w:lineRule="auto"/>
      </w:pPr>
      <w:r>
        <w:t>Date: ....................................................................................</w:t>
      </w:r>
      <w:r>
        <w:t>........................................................</w:t>
      </w:r>
    </w:p>
    <w:p w:rsidR="008E7574" w:rsidRDefault="005A24EE">
      <w:pPr>
        <w:keepNext/>
        <w:spacing w:after="80" w:line="240" w:lineRule="auto"/>
      </w:pPr>
      <w:r>
        <w:rPr>
          <w:b/>
        </w:rPr>
        <w:t>Part B. Statement on the Use of AI (content intended for publication)</w:t>
      </w:r>
    </w:p>
    <w:p w:rsidR="008E7574" w:rsidRDefault="005A24EE">
      <w:pPr>
        <w:keepNext/>
        <w:spacing w:after="100" w:line="240" w:lineRule="auto"/>
      </w:pPr>
      <w:r>
        <w:t>Select the appropriate option. If Option 3 is selected, more than one area of use may be indicated.</w:t>
      </w:r>
    </w:p>
    <w:p w:rsidR="008E7574" w:rsidRDefault="005A24EE">
      <w:pPr>
        <w:keepLines/>
        <w:spacing w:after="100" w:line="240" w:lineRule="auto"/>
        <w:ind w:hanging="312"/>
      </w:pPr>
      <w:r>
        <w:t>☐</w:t>
      </w:r>
      <w:r>
        <w:t xml:space="preserve">  Option 1 — The author(s) d</w:t>
      </w:r>
      <w:r>
        <w:t>id not use artificial intelligence tools in the preparation of this article.</w:t>
      </w:r>
    </w:p>
    <w:p w:rsidR="008E7574" w:rsidRDefault="005A24EE">
      <w:pPr>
        <w:keepLines/>
        <w:spacing w:after="60" w:line="240" w:lineRule="auto"/>
        <w:ind w:hanging="312"/>
      </w:pPr>
      <w:r>
        <w:t>☐</w:t>
      </w:r>
      <w:r>
        <w:t xml:space="preserve">  Option 2 — The author(s) used artificial intelligence tools solely as assistive tools (e.g., for language editing, spelling, or punctuation checks), without their involvement i</w:t>
      </w:r>
      <w:r>
        <w:t>n generating substantive content.</w:t>
      </w:r>
    </w:p>
    <w:p w:rsidR="008E7574" w:rsidRDefault="005A24EE">
      <w:pPr>
        <w:spacing w:after="100" w:line="240" w:lineRule="auto"/>
        <w:ind w:left="312"/>
      </w:pPr>
      <w:r>
        <w:t>Name of the tool used (optional): .................................................................................................</w:t>
      </w:r>
    </w:p>
    <w:p w:rsidR="008E7574" w:rsidRDefault="005A24EE">
      <w:pPr>
        <w:keepLines/>
        <w:spacing w:after="60" w:line="240" w:lineRule="auto"/>
        <w:ind w:hanging="312"/>
      </w:pPr>
      <w:r>
        <w:t>☐</w:t>
      </w:r>
      <w:r>
        <w:t xml:space="preserve">  Option 3 — The author(s) made substantive use of generative artificial intelligence too</w:t>
      </w:r>
      <w:r>
        <w:t>ls in the following area(s):</w:t>
      </w:r>
    </w:p>
    <w:p w:rsidR="008E7574" w:rsidRDefault="005A24EE">
      <w:pPr>
        <w:keepLines/>
        <w:spacing w:after="20" w:line="240" w:lineRule="auto"/>
        <w:ind w:left="312" w:hanging="312"/>
      </w:pPr>
      <w:r>
        <w:t>☐</w:t>
      </w:r>
      <w:r>
        <w:t xml:space="preserve">  translation of text</w:t>
      </w:r>
    </w:p>
    <w:p w:rsidR="008E7574" w:rsidRDefault="005A24EE">
      <w:pPr>
        <w:keepLines/>
        <w:spacing w:after="20" w:line="240" w:lineRule="auto"/>
        <w:ind w:left="312" w:hanging="312"/>
      </w:pPr>
      <w:r>
        <w:t>☐</w:t>
      </w:r>
      <w:r>
        <w:t xml:space="preserve">  developing the structure of the article, organizing the argument, or preparing a preliminary version of sections of the text</w:t>
      </w:r>
    </w:p>
    <w:p w:rsidR="008E7574" w:rsidRDefault="005A24EE">
      <w:pPr>
        <w:keepLines/>
        <w:spacing w:after="20" w:line="240" w:lineRule="auto"/>
        <w:ind w:left="312" w:hanging="312"/>
      </w:pPr>
      <w:r>
        <w:t>☐</w:t>
      </w:r>
      <w:r>
        <w:t xml:space="preserve">  support with research methodology or data analysis</w:t>
      </w:r>
    </w:p>
    <w:p w:rsidR="008E7574" w:rsidRDefault="005A24EE">
      <w:pPr>
        <w:keepLines/>
        <w:spacing w:after="20" w:line="240" w:lineRule="auto"/>
        <w:ind w:left="312" w:hanging="312"/>
      </w:pPr>
      <w:r>
        <w:t>☐</w:t>
      </w:r>
      <w:r>
        <w:t xml:space="preserve">  preparation of </w:t>
      </w:r>
      <w:r>
        <w:t>tables, illustrations, graphics, or supplementary materials</w:t>
      </w:r>
    </w:p>
    <w:p w:rsidR="008E7574" w:rsidRDefault="005A24EE">
      <w:pPr>
        <w:keepLines/>
        <w:spacing w:after="60" w:line="240" w:lineRule="auto"/>
        <w:ind w:left="312" w:hanging="312"/>
      </w:pPr>
      <w:r>
        <w:t>☐</w:t>
      </w:r>
      <w:r>
        <w:t xml:space="preserve">  other (please specify): ........................................................................................................</w:t>
      </w:r>
    </w:p>
    <w:p w:rsidR="008E7574" w:rsidRDefault="005A24EE">
      <w:pPr>
        <w:spacing w:after="40" w:line="240" w:lineRule="auto"/>
        <w:ind w:left="312"/>
      </w:pPr>
      <w:r>
        <w:t>Name(s) of the tool(s) used: ...................................</w:t>
      </w:r>
      <w:r>
        <w:t>.....................................................................</w:t>
      </w:r>
    </w:p>
    <w:p w:rsidR="008E7574" w:rsidRDefault="005A24EE">
      <w:pPr>
        <w:spacing w:after="20" w:line="240" w:lineRule="auto"/>
        <w:ind w:left="312"/>
      </w:pPr>
      <w:r>
        <w:t>Brief description of how the tool(s) were used (1–2 sentences): ................................................</w:t>
      </w:r>
    </w:p>
    <w:p w:rsidR="008E7574" w:rsidRDefault="005A24EE">
      <w:pPr>
        <w:spacing w:after="160" w:line="240" w:lineRule="auto"/>
        <w:ind w:left="312"/>
      </w:pPr>
      <w:r>
        <w:t>.........................................................................</w:t>
      </w:r>
      <w:r>
        <w:t>...................................................................................</w:t>
      </w:r>
    </w:p>
    <w:p w:rsidR="008E7574" w:rsidRDefault="005A24EE">
      <w:pPr>
        <w:keepNext/>
        <w:spacing w:after="100" w:line="240" w:lineRule="auto"/>
      </w:pPr>
      <w:r>
        <w:rPr>
          <w:b/>
        </w:rPr>
        <w:t>Part C. Confirmatory Statements (applicable to Options 2 and 3)</w:t>
      </w:r>
    </w:p>
    <w:p w:rsidR="008E7574" w:rsidRDefault="005A24EE">
      <w:pPr>
        <w:keepLines/>
        <w:spacing w:after="60" w:line="240" w:lineRule="auto"/>
        <w:ind w:hanging="312"/>
      </w:pPr>
      <w:r>
        <w:t>☐</w:t>
      </w:r>
      <w:r>
        <w:t xml:space="preserve">  All content prepared with the assistance of AI has been verified by me for substantive accuracy, reliabil</w:t>
      </w:r>
      <w:r>
        <w:t>ity, and originality.</w:t>
      </w:r>
    </w:p>
    <w:p w:rsidR="008E7574" w:rsidRDefault="005A24EE">
      <w:pPr>
        <w:keepLines/>
        <w:spacing w:after="60" w:line="240" w:lineRule="auto"/>
        <w:ind w:hanging="312"/>
      </w:pPr>
      <w:r>
        <w:t>☐</w:t>
      </w:r>
      <w:r>
        <w:t xml:space="preserve">  Citations and sources have been checked for accuracy and completeness; where generative AI was used substantively, the tool has additionally been included in the article’s reference list in accordance with APA 7 style.</w:t>
      </w:r>
    </w:p>
    <w:p w:rsidR="008E7574" w:rsidRDefault="005A24EE">
      <w:pPr>
        <w:keepLines/>
        <w:spacing w:after="160" w:line="240" w:lineRule="auto"/>
        <w:ind w:hanging="312"/>
      </w:pPr>
      <w:r>
        <w:t>☐</w:t>
      </w:r>
      <w:r>
        <w:t xml:space="preserve">  No confid</w:t>
      </w:r>
      <w:r>
        <w:t>ential data, materials connected with the peer-review process, research participants’ personal data, or content protected by third-party rights were entered into the AI tools used.</w:t>
      </w:r>
    </w:p>
    <w:p w:rsidR="008E7574" w:rsidRDefault="005A24EE">
      <w:pPr>
        <w:keepNext/>
        <w:pageBreakBefore/>
        <w:spacing w:after="100" w:line="240" w:lineRule="auto"/>
      </w:pPr>
      <w:r>
        <w:rPr>
          <w:b/>
        </w:rPr>
        <w:lastRenderedPageBreak/>
        <w:t>Part D. General Declarations (applicable to all submissions, irrespective o</w:t>
      </w:r>
      <w:r>
        <w:rPr>
          <w:b/>
        </w:rPr>
        <w:t>f the option selected)</w:t>
      </w:r>
    </w:p>
    <w:p w:rsidR="008E7574" w:rsidRDefault="005A24EE">
      <w:pPr>
        <w:keepLines/>
        <w:spacing w:after="60" w:line="240" w:lineRule="auto"/>
        <w:ind w:hanging="312"/>
      </w:pPr>
      <w:r>
        <w:t>☐</w:t>
      </w:r>
      <w:r>
        <w:t xml:space="preserve">  No artificial intelligence tool has been listed as an author of this publication.</w:t>
      </w:r>
    </w:p>
    <w:p w:rsidR="008E7574" w:rsidRDefault="005A24EE">
      <w:pPr>
        <w:keepLines/>
        <w:spacing w:after="60" w:line="240" w:lineRule="auto"/>
        <w:ind w:hanging="312"/>
      </w:pPr>
      <w:r>
        <w:t>☐</w:t>
      </w:r>
      <w:r>
        <w:t xml:space="preserve">  No artificial intelligence tool has been listed as a co-author of this publication.</w:t>
      </w:r>
    </w:p>
    <w:p w:rsidR="008E7574" w:rsidRDefault="005A24EE">
      <w:pPr>
        <w:keepLines/>
        <w:spacing w:after="60" w:line="240" w:lineRule="auto"/>
        <w:ind w:hanging="312"/>
      </w:pPr>
      <w:r>
        <w:t>☐</w:t>
      </w:r>
      <w:r>
        <w:t xml:space="preserve">  As the corresponding author, acting on my own behalf and o</w:t>
      </w:r>
      <w:r>
        <w:t>n behalf of the other co-authors, I bear full responsibility for the entire content of this article, including all sections prepared or edited with the use of AI.</w:t>
      </w:r>
    </w:p>
    <w:p w:rsidR="008E7574" w:rsidRDefault="005A24EE">
      <w:pPr>
        <w:keepLines/>
        <w:spacing w:line="240" w:lineRule="auto"/>
        <w:ind w:hanging="312"/>
      </w:pPr>
      <w:r>
        <w:t>☐</w:t>
      </w:r>
      <w:r>
        <w:t xml:space="preserve">  I acknowledge that failure to disclose substantive use of AI may be treated as a breach of</w:t>
      </w:r>
      <w:r>
        <w:t xml:space="preserve"> the publication ethics rules applicable to Exlibris BGS, in accordance with the Policy on the Use of Artificial Intelligence (AI).</w:t>
      </w:r>
    </w:p>
    <w:p w:rsidR="008E7574" w:rsidRDefault="005A24EE">
      <w:pPr>
        <w:spacing w:after="60" w:line="240" w:lineRule="auto"/>
      </w:pPr>
      <w:r>
        <w:t xml:space="preserve">Signature of the corresponding author: </w:t>
      </w:r>
      <w:r>
        <w:t>........................................................................................</w:t>
      </w:r>
    </w:p>
    <w:p w:rsidR="008E7574" w:rsidRDefault="005A24EE">
      <w:pPr>
        <w:spacing w:after="240" w:line="240" w:lineRule="auto"/>
      </w:pPr>
      <w:r>
        <w:t>Date: ............................................................................................................................................</w:t>
      </w:r>
    </w:p>
    <w:p w:rsidR="008E7574" w:rsidRDefault="005A24EE">
      <w:pPr>
        <w:keepNext/>
        <w:spacing w:before="80" w:after="100" w:line="240" w:lineRule="auto"/>
      </w:pPr>
      <w:r>
        <w:rPr>
          <w:b/>
        </w:rPr>
        <w:t>Editorial Note</w:t>
      </w:r>
    </w:p>
    <w:p w:rsidR="008E7574" w:rsidRDefault="005A24EE">
      <w:pPr>
        <w:spacing w:line="252" w:lineRule="auto"/>
        <w:jc w:val="both"/>
      </w:pPr>
      <w:r>
        <w:t>Follo</w:t>
      </w:r>
      <w:r>
        <w:t xml:space="preserve">wing acceptance of the article for publication, the content of Part B of this Declaration will be transferred to the published version of the article as a separate section entitled </w:t>
      </w:r>
      <w:r>
        <w:rPr>
          <w:i/>
        </w:rPr>
        <w:t>Declaration of Use of Artificial Intelligence</w:t>
      </w:r>
      <w:r>
        <w:t>, placed in accordance with Se</w:t>
      </w:r>
      <w:r>
        <w:t xml:space="preserve">ction 5.5 of the </w:t>
      </w:r>
      <w:r>
        <w:rPr>
          <w:i/>
        </w:rPr>
        <w:t>Policy on the Use of Artificial Intelligence (AI)</w:t>
      </w:r>
      <w:r>
        <w:t xml:space="preserve">—immediately after the main text of the article, within the administrative statements block and before the reference list. Ready-to-use wording templates for this section, corresponding to </w:t>
      </w:r>
      <w:r>
        <w:t>the individual options selected in Part B, are provided below.</w:t>
      </w:r>
    </w:p>
    <w:p w:rsidR="008E7574" w:rsidRDefault="005A24EE">
      <w:pPr>
        <w:keepNext/>
        <w:spacing w:before="60" w:after="120" w:line="240" w:lineRule="auto"/>
      </w:pPr>
      <w:r>
        <w:rPr>
          <w:b/>
        </w:rPr>
        <w:t>Templates for the Declaration of Use of Artificial Intelligence Section (EN)</w:t>
      </w:r>
    </w:p>
    <w:p w:rsidR="008E7574" w:rsidRDefault="005A24EE">
      <w:pPr>
        <w:keepNext/>
        <w:spacing w:after="40" w:line="240" w:lineRule="auto"/>
      </w:pPr>
      <w:r>
        <w:rPr>
          <w:b/>
        </w:rPr>
        <w:t>Option 1 — no use of AI</w:t>
      </w:r>
    </w:p>
    <w:p w:rsidR="008E7574" w:rsidRDefault="005A24EE">
      <w:pPr>
        <w:spacing w:after="140" w:line="240" w:lineRule="auto"/>
        <w:jc w:val="both"/>
      </w:pPr>
      <w:r>
        <w:rPr>
          <w:b/>
        </w:rPr>
        <w:t xml:space="preserve">EN: </w:t>
      </w:r>
      <w:r>
        <w:t>The author(s) declare(s) that no artificial intelligence tools were used in the preparat</w:t>
      </w:r>
      <w:r>
        <w:t>ion of this article.</w:t>
      </w:r>
    </w:p>
    <w:p w:rsidR="008E7574" w:rsidRDefault="005A24EE">
      <w:pPr>
        <w:keepNext/>
        <w:spacing w:after="40" w:line="240" w:lineRule="auto"/>
      </w:pPr>
      <w:r>
        <w:rPr>
          <w:b/>
        </w:rPr>
        <w:t>Option 2 — assistive tools only</w:t>
      </w:r>
    </w:p>
    <w:p w:rsidR="008E7574" w:rsidRDefault="005A24EE">
      <w:pPr>
        <w:spacing w:after="140" w:line="240" w:lineRule="auto"/>
        <w:jc w:val="both"/>
      </w:pPr>
      <w:r>
        <w:rPr>
          <w:b/>
        </w:rPr>
        <w:t xml:space="preserve">EN: </w:t>
      </w:r>
      <w:r>
        <w:t>During the preparation of the article, the author(s) used artificial intelligence tools solely as assistive tools (e.g., for language editing). These tools were not involved in generating substantive</w:t>
      </w:r>
      <w:r>
        <w:t xml:space="preserve"> content. The author(s) bear(s) full responsibility for the final content of the article.</w:t>
      </w:r>
    </w:p>
    <w:p w:rsidR="008E7574" w:rsidRDefault="005A24EE">
      <w:pPr>
        <w:keepNext/>
        <w:spacing w:after="40" w:line="240" w:lineRule="auto"/>
      </w:pPr>
      <w:r>
        <w:rPr>
          <w:b/>
        </w:rPr>
        <w:t>Option 3 — substantive use of generative tools</w:t>
      </w:r>
    </w:p>
    <w:p w:rsidR="008E7574" w:rsidRDefault="005A24EE">
      <w:pPr>
        <w:keepLines/>
        <w:spacing w:after="0" w:line="240" w:lineRule="auto"/>
        <w:jc w:val="both"/>
      </w:pPr>
      <w:r>
        <w:rPr>
          <w:b/>
        </w:rPr>
        <w:t xml:space="preserve">EN: </w:t>
      </w:r>
      <w:r>
        <w:t xml:space="preserve">The author(s) used [name of tool(s)] in the preparation of this article for the following purpose(s): [translation </w:t>
      </w:r>
      <w:r>
        <w:t>of text / development of the structure and argument / methodological support and data analysis / preparation of tables and illustrations—select as applicable]. All generated content was verified by the author(s) for substantive accuracy, reliability, and o</w:t>
      </w:r>
      <w:r>
        <w:t>riginality. The author(s) bear(s) full responsibility for the final content of the article, including any sections prepared with the use of AI.</w:t>
      </w:r>
    </w:p>
    <w:sectPr w:rsidR="008E7574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016B"/>
    <w:rsid w:val="0015074B"/>
    <w:rsid w:val="0029639D"/>
    <w:rsid w:val="00326F90"/>
    <w:rsid w:val="005A24EE"/>
    <w:rsid w:val="008E757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51B449B-3F0D-4158-B7CC-7CFA61E41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Calibri" w:eastAsia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A49130-33B2-43FD-8223-A5F6919B6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5278</Characters>
  <Application>Microsoft Office Word</Application>
  <DocSecurity>0</DocSecurity>
  <Lines>43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Declaration of Use of Artificial Intelligence (AI) – Exlibris BGS</vt:lpstr>
      <vt:lpstr/>
    </vt:vector>
  </TitlesOfParts>
  <Manager/>
  <Company/>
  <LinksUpToDate>false</LinksUpToDate>
  <CharactersWithSpaces>6145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Use of Artificial Intelligence (AI) – Exlibris BGS</dc:title>
  <dc:subject>Corresponding Author Form</dc:subject>
  <dc:creator>Exlibris BGS</dc:creator>
  <cp:keywords>AI, artificial intelligence, declaration, journal, Exlibris BGS</cp:keywords>
  <dc:description>generated by python-docx</dc:description>
  <cp:lastModifiedBy>Konto Microsoft</cp:lastModifiedBy>
  <cp:revision>2</cp:revision>
  <dcterms:created xsi:type="dcterms:W3CDTF">2026-07-18T09:20:00Z</dcterms:created>
  <dcterms:modified xsi:type="dcterms:W3CDTF">2026-07-18T09:20:00Z</dcterms:modified>
  <cp:category/>
</cp:coreProperties>
</file>